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C7574" w14:textId="77777777" w:rsidR="00014438" w:rsidRPr="00E156CE" w:rsidRDefault="007C5E04">
      <w:pPr>
        <w:pStyle w:val="Titel"/>
        <w:spacing w:after="40"/>
        <w:rPr>
          <w:lang w:val="en-GB"/>
        </w:rPr>
      </w:pPr>
      <w:r w:rsidRPr="00E156CE">
        <w:rPr>
          <w:lang w:val="en-GB"/>
        </w:rPr>
        <w:t>Unterstützungsschreiben</w:t>
      </w:r>
    </w:p>
    <w:p w14:paraId="76450795" w14:textId="6F4A9C89" w:rsidR="00014438" w:rsidRPr="00E156CE" w:rsidRDefault="007C5E04" w:rsidP="00833F55">
      <w:pPr>
        <w:spacing w:after="80"/>
        <w:rPr>
          <w:lang w:val="en-GB"/>
        </w:rPr>
      </w:pPr>
      <w:r w:rsidRPr="00E156CE">
        <w:rPr>
          <w:sz w:val="21"/>
          <w:lang w:val="en-GB"/>
        </w:rPr>
        <w:t>CORE-TEX | LIFE-2026-CET-INDUSTRY</w:t>
      </w:r>
    </w:p>
    <w:tbl>
      <w:tblPr>
        <w:tblW w:w="0" w:type="auto"/>
        <w:tblLayout w:type="fixed"/>
        <w:tblLook w:val="04A0" w:firstRow="1" w:lastRow="0" w:firstColumn="1" w:lastColumn="0" w:noHBand="0" w:noVBand="1"/>
      </w:tblPr>
      <w:tblGrid>
        <w:gridCol w:w="1512"/>
      </w:tblGrid>
      <w:tr w:rsidR="00014438" w:rsidRPr="00E156CE" w14:paraId="40AAB2DD" w14:textId="77777777">
        <w:tc>
          <w:tcPr>
            <w:tcW w:w="1512" w:type="dxa"/>
            <w:tcBorders>
              <w:top w:val="single" w:sz="0" w:space="0" w:color="E3D712"/>
              <w:left w:val="single" w:sz="0" w:space="0" w:color="E3D712"/>
              <w:bottom w:val="single" w:sz="0" w:space="0" w:color="E3D712"/>
              <w:right w:val="single" w:sz="0" w:space="0" w:color="E3D712"/>
            </w:tcBorders>
            <w:shd w:val="clear" w:color="auto" w:fill="E3D712"/>
          </w:tcPr>
          <w:p w14:paraId="5140DEA8" w14:textId="77777777" w:rsidR="00014438" w:rsidRPr="00E156CE" w:rsidRDefault="00014438">
            <w:pPr>
              <w:spacing w:after="0"/>
              <w:rPr>
                <w:lang w:val="en-GB"/>
              </w:rPr>
            </w:pPr>
          </w:p>
        </w:tc>
      </w:tr>
    </w:tbl>
    <w:p w14:paraId="23813F8F" w14:textId="77777777" w:rsidR="0043621F" w:rsidRPr="00E156CE" w:rsidRDefault="0043621F">
      <w:pPr>
        <w:spacing w:after="140" w:line="259" w:lineRule="auto"/>
        <w:rPr>
          <w:b/>
          <w:color w:val="125D67"/>
          <w:lang w:val="en-GB"/>
        </w:rPr>
      </w:pPr>
    </w:p>
    <w:p w14:paraId="3F1F15DC" w14:textId="08CC5FBB" w:rsidR="00014438" w:rsidRPr="00E156CE" w:rsidRDefault="007C5E04">
      <w:pPr>
        <w:spacing w:after="140" w:line="259" w:lineRule="auto"/>
        <w:rPr>
          <w:lang w:val="en-GB"/>
        </w:rPr>
      </w:pPr>
      <w:r w:rsidRPr="00E156CE">
        <w:rPr>
          <w:b/>
          <w:color w:val="125D67"/>
          <w:lang w:val="en-GB"/>
        </w:rPr>
        <w:t xml:space="preserve">Betreff: </w:t>
      </w:r>
      <w:r w:rsidRPr="00E156CE">
        <w:rPr>
          <w:lang w:val="en-GB"/>
        </w:rPr>
        <w:t>Unterstützungsschreiben für den CORE-TEX-Antrag im Rahmen von LIFE-2026-CET-INDUSTRY</w:t>
      </w:r>
    </w:p>
    <w:p w14:paraId="78CB68D5" w14:textId="77777777" w:rsidR="00044251" w:rsidRPr="00E156CE" w:rsidRDefault="00044251">
      <w:pPr>
        <w:spacing w:after="140" w:line="259" w:lineRule="auto"/>
        <w:rPr>
          <w:lang w:val="en-GB"/>
        </w:rPr>
      </w:pPr>
    </w:p>
    <w:p w14:paraId="26967696" w14:textId="77777777" w:rsidR="00014438" w:rsidRPr="00E156CE" w:rsidRDefault="007C5E04" w:rsidP="003B3B9F">
      <w:pPr>
        <w:spacing w:after="0" w:line="240" w:lineRule="auto"/>
        <w:rPr>
          <w:lang w:val="en-GB"/>
        </w:rPr>
      </w:pPr>
      <w:r w:rsidRPr="00E156CE">
        <w:rPr>
          <w:lang w:val="en-GB"/>
        </w:rPr>
        <w:t>Sehr geehrte Damen und Herren,</w:t>
      </w:r>
    </w:p>
    <w:p w14:paraId="0D230739" w14:textId="77777777" w:rsidR="003B3B9F" w:rsidRPr="00E156CE" w:rsidRDefault="003B3B9F" w:rsidP="003B3B9F">
      <w:pPr>
        <w:spacing w:after="0" w:line="240" w:lineRule="auto"/>
        <w:rPr>
          <w:lang w:val="en-GB"/>
        </w:rPr>
      </w:pPr>
    </w:p>
    <w:p w14:paraId="75500DEA" w14:textId="5BBC1866" w:rsidR="00014438" w:rsidRPr="00E156CE" w:rsidRDefault="007C5E04" w:rsidP="003B3B9F">
      <w:pPr>
        <w:spacing w:after="0" w:line="240" w:lineRule="auto"/>
        <w:jc w:val="both"/>
        <w:rPr>
          <w:lang w:val="en-GB"/>
        </w:rPr>
      </w:pPr>
      <w:r w:rsidRPr="00E156CE">
        <w:rPr>
          <w:lang w:val="en-GB"/>
        </w:rPr>
        <w:t xml:space="preserve">wir, [Name der Organisation/des Unternehmens], möchten hiermit unsere </w:t>
      </w:r>
      <w:r w:rsidR="008F69F5" w:rsidRPr="00E156CE">
        <w:rPr>
          <w:lang w:val="en-GB"/>
        </w:rPr>
        <w:t xml:space="preserve">nachdrückliche </w:t>
      </w:r>
      <w:r w:rsidRPr="00E156CE">
        <w:rPr>
          <w:lang w:val="en-GB"/>
        </w:rPr>
        <w:t>Unterstützung für den CORE-TEX-Antrag zum Ausdruck bringen, der derzeit im Rahmen der Ausschreibung LIFE-2026-CET-INDUSTRY vorbereitet wird.</w:t>
      </w:r>
    </w:p>
    <w:p w14:paraId="7DD06B92" w14:textId="77777777" w:rsidR="003B3B9F" w:rsidRPr="00E156CE" w:rsidRDefault="003B3B9F" w:rsidP="003B3B9F">
      <w:pPr>
        <w:spacing w:after="0" w:line="240" w:lineRule="auto"/>
        <w:jc w:val="both"/>
        <w:rPr>
          <w:lang w:val="en-GB"/>
        </w:rPr>
      </w:pPr>
    </w:p>
    <w:p w14:paraId="1B32B768" w14:textId="7CC75BD0" w:rsidR="00014438" w:rsidRPr="00E156CE" w:rsidRDefault="007C5E04" w:rsidP="003B3B9F">
      <w:pPr>
        <w:spacing w:after="0" w:line="240" w:lineRule="auto"/>
        <w:jc w:val="both"/>
        <w:rPr>
          <w:lang w:val="en-GB"/>
        </w:rPr>
      </w:pPr>
      <w:r w:rsidRPr="00E156CE">
        <w:rPr>
          <w:lang w:val="en-GB"/>
        </w:rPr>
        <w:t xml:space="preserve">Wir verstehen, dass CORE-TEX darauf abzielt, die Energiewende hin zu sauberer Energie und die Dekarbonisierung der Wärmeversorgung in der europäischen Textil- und Bekleidungsindustrie </w:t>
      </w:r>
      <w:r w:rsidR="003B3B9F" w:rsidRPr="00E156CE">
        <w:rPr>
          <w:lang w:val="en-GB"/>
        </w:rPr>
        <w:t xml:space="preserve">zu beschleunigen, </w:t>
      </w:r>
      <w:r w:rsidRPr="00E156CE">
        <w:rPr>
          <w:lang w:val="en-GB"/>
        </w:rPr>
        <w:t xml:space="preserve">indem praktische, prozessspezifische Wege für die Einführung marktreifer Lösungen für saubere Wärme und Energieoptimierung entwickelt werden. Dazu können industrielle Wärmepumpen, die Elektrifizierung der Wärmeversorgung, Solarwärme-/Solarthermie-Lösungen, die Rückgewinnung von Abwärme, </w:t>
      </w:r>
      <w:r w:rsidR="008F69F5" w:rsidRPr="00E156CE">
        <w:rPr>
          <w:lang w:val="en-GB"/>
        </w:rPr>
        <w:t>Energieeffizienzmaßnahmen</w:t>
      </w:r>
      <w:r w:rsidRPr="00E156CE">
        <w:rPr>
          <w:lang w:val="en-GB"/>
        </w:rPr>
        <w:t xml:space="preserve">, die Integration erneuerbarer Energien vor Ort sowie </w:t>
      </w:r>
      <w:r w:rsidR="008F69F5" w:rsidRPr="00E156CE">
        <w:rPr>
          <w:lang w:val="en-GB"/>
        </w:rPr>
        <w:t xml:space="preserve">die Systemoptimierung </w:t>
      </w:r>
      <w:r w:rsidRPr="00E156CE">
        <w:rPr>
          <w:lang w:val="en-GB"/>
        </w:rPr>
        <w:t>gehören, wobei den Bedürfnissen von KMU besondere Aufmerksamkeit geschenkt wird.</w:t>
      </w:r>
    </w:p>
    <w:p w14:paraId="21AB122F" w14:textId="77777777" w:rsidR="003B3B9F" w:rsidRPr="00E156CE" w:rsidRDefault="003B3B9F" w:rsidP="003B3B9F">
      <w:pPr>
        <w:spacing w:after="0" w:line="240" w:lineRule="auto"/>
        <w:jc w:val="both"/>
        <w:rPr>
          <w:lang w:val="en-GB"/>
        </w:rPr>
      </w:pPr>
    </w:p>
    <w:p w14:paraId="7D3F5CB6" w14:textId="0C4C8870" w:rsidR="00014438" w:rsidRPr="00E156CE" w:rsidRDefault="007C5E04" w:rsidP="003B3B9F">
      <w:pPr>
        <w:spacing w:after="0" w:line="240" w:lineRule="auto"/>
        <w:jc w:val="both"/>
        <w:rPr>
          <w:lang w:val="en-GB"/>
        </w:rPr>
      </w:pPr>
      <w:r w:rsidRPr="00E156CE">
        <w:rPr>
          <w:lang w:val="en-GB"/>
        </w:rPr>
        <w:t xml:space="preserve">Als Textilunternehmen </w:t>
      </w:r>
      <w:r w:rsidR="008F69F5" w:rsidRPr="00E156CE">
        <w:rPr>
          <w:lang w:val="en-GB"/>
        </w:rPr>
        <w:t>erkennen wir an</w:t>
      </w:r>
      <w:r w:rsidRPr="00E156CE">
        <w:rPr>
          <w:lang w:val="en-GB"/>
        </w:rPr>
        <w:t>,</w:t>
      </w:r>
      <w:r w:rsidR="008F69F5" w:rsidRPr="00E156CE">
        <w:rPr>
          <w:lang w:val="en-GB"/>
        </w:rPr>
        <w:t xml:space="preserve"> dass die Verbesserung der Energieeffizienz und die Dekarbonisierung der industriellen Wärmeversorgung zu strategischen Prioritäten werden, um die Wettbewerbsfähigkeit zu erhalten, die Widerstandsfähigkeit gegenüber Energiekosten zu erhöhen und Nachhaltigkeitsziele zu erreichen. Wir halten die Ziele von CORE-TEX daher für äußerst relevant für die aktuellen und zukünftigen Bedürfnisse der Branche.</w:t>
      </w:r>
      <w:r w:rsidR="003B3B9F" w:rsidRPr="00E156CE">
        <w:rPr>
          <w:lang w:val="en-GB"/>
        </w:rPr>
        <w:t xml:space="preserve"> </w:t>
      </w:r>
      <w:r w:rsidRPr="00E156CE">
        <w:rPr>
          <w:lang w:val="en-GB"/>
        </w:rPr>
        <w:t xml:space="preserve">Wir sind davon überzeugt, dass das Projekt </w:t>
      </w:r>
      <w:r w:rsidR="00C15129" w:rsidRPr="00E156CE">
        <w:rPr>
          <w:lang w:val="en-GB"/>
        </w:rPr>
        <w:t>wertvolle Erkenntnisse liefern</w:t>
      </w:r>
      <w:r w:rsidRPr="00E156CE">
        <w:rPr>
          <w:lang w:val="en-GB"/>
        </w:rPr>
        <w:t xml:space="preserve"> kann, </w:t>
      </w:r>
      <w:r w:rsidR="00C15129" w:rsidRPr="00E156CE">
        <w:rPr>
          <w:lang w:val="en-GB"/>
        </w:rPr>
        <w:t xml:space="preserve">indem es </w:t>
      </w:r>
      <w:r w:rsidRPr="00E156CE">
        <w:rPr>
          <w:lang w:val="en-GB"/>
        </w:rPr>
        <w:t xml:space="preserve">Unternehmen </w:t>
      </w:r>
      <w:r w:rsidR="00C15129" w:rsidRPr="00E156CE">
        <w:rPr>
          <w:lang w:val="en-GB"/>
        </w:rPr>
        <w:t>dabei unterstützt, zu ermitteln</w:t>
      </w:r>
      <w:r w:rsidRPr="00E156CE">
        <w:rPr>
          <w:lang w:val="en-GB"/>
        </w:rPr>
        <w:t xml:space="preserve">, welche Optionen für saubere Wärme und Energieoptimierung technisch machbar, wirtschaftlich tragfähig und für spezifische Textilprozesse relevant </w:t>
      </w:r>
      <w:r w:rsidR="00C15129" w:rsidRPr="00E156CE">
        <w:rPr>
          <w:lang w:val="en-GB"/>
        </w:rPr>
        <w:t>sind</w:t>
      </w:r>
      <w:r w:rsidRPr="00E156CE">
        <w:rPr>
          <w:lang w:val="en-GB"/>
        </w:rPr>
        <w:t>, wie beispielsweise Waschen, Färben, Veredeln, Trocknen, Dampfsysteme, Abwasserwärmerückgewinnung und andere energieintensive Vorgänge.</w:t>
      </w:r>
    </w:p>
    <w:p w14:paraId="0DA94685" w14:textId="77777777" w:rsidR="003B3B9F" w:rsidRPr="00E156CE" w:rsidRDefault="003B3B9F" w:rsidP="003B3B9F">
      <w:pPr>
        <w:spacing w:after="0" w:line="240" w:lineRule="auto"/>
        <w:jc w:val="both"/>
        <w:rPr>
          <w:lang w:val="en-GB"/>
        </w:rPr>
      </w:pPr>
    </w:p>
    <w:p w14:paraId="1836CFF4" w14:textId="31E93919" w:rsidR="00C15129" w:rsidRPr="00E156CE" w:rsidRDefault="00C15129" w:rsidP="003B3B9F">
      <w:pPr>
        <w:spacing w:after="0" w:line="240" w:lineRule="auto"/>
        <w:jc w:val="both"/>
        <w:rPr>
          <w:lang w:val="en-GB"/>
        </w:rPr>
      </w:pPr>
      <w:r w:rsidRPr="00E156CE">
        <w:rPr>
          <w:lang w:val="en-GB"/>
        </w:rPr>
        <w:t>Mit der Unterzeichnung dieses Schreibens bringen wir nicht nur unsere Unterstützung für den Vorschlag zum Ausdruck, sondern auch unsere Bereitschaft, uns aktiv an dem Projekt zu beteiligen, sollte es für eine Förderung ausgewählt werden.</w:t>
      </w:r>
    </w:p>
    <w:p w14:paraId="3D47B07A" w14:textId="77777777" w:rsidR="003B3B9F" w:rsidRPr="00E156CE" w:rsidRDefault="003B3B9F" w:rsidP="003B3B9F">
      <w:pPr>
        <w:spacing w:after="0" w:line="240" w:lineRule="auto"/>
        <w:jc w:val="both"/>
        <w:rPr>
          <w:lang w:val="en-GB"/>
        </w:rPr>
      </w:pPr>
    </w:p>
    <w:p w14:paraId="16B0A526" w14:textId="368A0DEC" w:rsidR="00C15129" w:rsidRDefault="00C15129" w:rsidP="003B3B9F">
      <w:pPr>
        <w:spacing w:after="0" w:line="240" w:lineRule="auto"/>
        <w:jc w:val="both"/>
        <w:rPr>
          <w:lang w:val="en-GB"/>
        </w:rPr>
      </w:pPr>
      <w:r w:rsidRPr="00E156CE">
        <w:rPr>
          <w:lang w:val="en-GB"/>
        </w:rPr>
        <w:t>Insbesondere wären wir bereit, gegebenenfalls folgende Beiträge zu leisten:</w:t>
      </w:r>
    </w:p>
    <w:p w14:paraId="4143FFA6" w14:textId="77777777" w:rsidR="007F1F0E" w:rsidRPr="00E156CE" w:rsidRDefault="007F1F0E" w:rsidP="003B3B9F">
      <w:pPr>
        <w:spacing w:after="0" w:line="240" w:lineRule="auto"/>
        <w:jc w:val="both"/>
        <w:rPr>
          <w:lang w:val="en-GB"/>
        </w:rPr>
      </w:pPr>
    </w:p>
    <w:p w14:paraId="3633F53E" w14:textId="77777777" w:rsidR="00014438" w:rsidRPr="00E156CE" w:rsidRDefault="007C5E04" w:rsidP="003B3B9F">
      <w:pPr>
        <w:spacing w:after="0" w:line="240" w:lineRule="auto"/>
        <w:ind w:left="288" w:hanging="173"/>
        <w:rPr>
          <w:lang w:val="en-GB"/>
        </w:rPr>
      </w:pPr>
      <w:r w:rsidRPr="00E156CE">
        <w:rPr>
          <w:b/>
          <w:color w:val="125D67"/>
          <w:lang w:val="en-GB"/>
        </w:rPr>
        <w:t xml:space="preserve">• </w:t>
      </w:r>
      <w:r w:rsidRPr="00E156CE">
        <w:rPr>
          <w:lang w:val="en-GB"/>
        </w:rPr>
        <w:t>Teilnahme an Umfragen, Interviews oder Konsultationen zum Energiebedarf textiler Prozesse;</w:t>
      </w:r>
    </w:p>
    <w:p w14:paraId="0254175B" w14:textId="77777777" w:rsidR="00014438" w:rsidRPr="00E156CE" w:rsidRDefault="007C5E04" w:rsidP="003B3B9F">
      <w:pPr>
        <w:spacing w:after="0" w:line="240" w:lineRule="auto"/>
        <w:ind w:left="288" w:hanging="173"/>
        <w:rPr>
          <w:lang w:val="en-GB"/>
        </w:rPr>
      </w:pPr>
      <w:r w:rsidRPr="00E156CE">
        <w:rPr>
          <w:b/>
          <w:color w:val="125D67"/>
          <w:lang w:val="en-GB"/>
        </w:rPr>
        <w:t xml:space="preserve">• </w:t>
      </w:r>
      <w:r w:rsidRPr="00E156CE">
        <w:rPr>
          <w:lang w:val="en-GB"/>
        </w:rPr>
        <w:t>die Weitergabe nicht vertraulicher Rückmeldungen zu energiebezogenen Herausforderungen, Hindernissen und Investitionsbedarf;</w:t>
      </w:r>
    </w:p>
    <w:p w14:paraId="6F10C1A4" w14:textId="77777777" w:rsidR="00014438" w:rsidRPr="00E156CE" w:rsidRDefault="007C5E04" w:rsidP="003B3B9F">
      <w:pPr>
        <w:spacing w:after="0" w:line="240" w:lineRule="auto"/>
        <w:ind w:left="288" w:hanging="173"/>
        <w:rPr>
          <w:lang w:val="en-GB"/>
        </w:rPr>
      </w:pPr>
      <w:r w:rsidRPr="00E156CE">
        <w:rPr>
          <w:b/>
          <w:color w:val="125D67"/>
          <w:lang w:val="en-GB"/>
        </w:rPr>
        <w:t xml:space="preserve">• </w:t>
      </w:r>
      <w:r w:rsidRPr="00E156CE">
        <w:rPr>
          <w:lang w:val="en-GB"/>
        </w:rPr>
        <w:t>Teilnahme an Workshops oder Matchmaking-Veranstaltungen mit Akteuren aus dem Bereich der sauberen Energietechnologien;</w:t>
      </w:r>
    </w:p>
    <w:p w14:paraId="430359E4" w14:textId="77777777" w:rsidR="00E156CE" w:rsidRPr="00E156CE" w:rsidRDefault="007C5E04" w:rsidP="00E156CE">
      <w:pPr>
        <w:spacing w:after="0" w:line="240" w:lineRule="auto"/>
        <w:ind w:left="288" w:hanging="173"/>
        <w:rPr>
          <w:lang w:val="en-GB"/>
        </w:rPr>
      </w:pPr>
      <w:r w:rsidRPr="00E156CE">
        <w:rPr>
          <w:b/>
          <w:color w:val="125D67"/>
          <w:lang w:val="en-GB"/>
        </w:rPr>
        <w:t xml:space="preserve">• </w:t>
      </w:r>
      <w:r w:rsidRPr="00E156CE">
        <w:rPr>
          <w:lang w:val="en-GB"/>
        </w:rPr>
        <w:t>Feedback zu praktischen Leitfäden, Instrumenten oder Geschäftsmodellen zu geben, die im Rahmen des Projekts entwickelt werden;</w:t>
      </w:r>
    </w:p>
    <w:p w14:paraId="64110712" w14:textId="669399A9" w:rsidR="00E156CE" w:rsidRPr="00E156CE" w:rsidRDefault="00E156CE" w:rsidP="00E156CE">
      <w:pPr>
        <w:spacing w:after="0" w:line="240" w:lineRule="auto"/>
        <w:ind w:left="288" w:hanging="173"/>
        <w:rPr>
          <w:lang w:val="en-GB"/>
        </w:rPr>
      </w:pPr>
      <w:r w:rsidRPr="00E156CE">
        <w:rPr>
          <w:b/>
          <w:color w:val="125D67"/>
          <w:lang w:val="en-GB"/>
        </w:rPr>
        <w:t xml:space="preserve">• </w:t>
      </w:r>
      <w:r w:rsidRPr="00E156CE">
        <w:rPr>
          <w:lang w:val="en-GB"/>
        </w:rPr>
        <w:t>durch die Bereitstellung, soweit machbar und angemessen, eines Fallbeispiels zur industriellen Validierung oder Replikation, um die praktische Relevanz der CORE-TEX-Ergebnisse im realen Kontext der Textilherstellung zu bewerten.</w:t>
      </w:r>
    </w:p>
    <w:p w14:paraId="73F264F9" w14:textId="77777777" w:rsidR="003B3B9F" w:rsidRPr="00E156CE" w:rsidRDefault="003B3B9F" w:rsidP="003B3B9F">
      <w:pPr>
        <w:spacing w:after="0" w:line="240" w:lineRule="auto"/>
        <w:rPr>
          <w:lang w:val="en-GB"/>
        </w:rPr>
      </w:pPr>
    </w:p>
    <w:p w14:paraId="0A6BD6F0" w14:textId="7C5BC8E2" w:rsidR="00C15129" w:rsidRPr="00E156CE" w:rsidRDefault="00C15129" w:rsidP="003B3B9F">
      <w:pPr>
        <w:spacing w:after="0" w:line="240" w:lineRule="auto"/>
        <w:rPr>
          <w:lang w:val="en-GB"/>
        </w:rPr>
      </w:pPr>
      <w:r w:rsidRPr="00E156CE">
        <w:rPr>
          <w:lang w:val="en-GB"/>
        </w:rPr>
        <w:t xml:space="preserve">Wir betrachten diese Zusammenarbeit als Chance, zu einer wettbewerbsfähigeren, energieeffizienteren und klimaneutralen europäischen Textilindustrie beizutragen und gleichzeitig vom Austausch von Wissen und bewährten Verfahren zu profitieren, die im Rahmen des Projekts generiert werden. </w:t>
      </w:r>
      <w:r w:rsidR="00DE6620" w:rsidRPr="00E156CE">
        <w:rPr>
          <w:lang w:val="en-GB"/>
        </w:rPr>
        <w:t>Gegebenenfalls wären wir auch offen dafür, zu prüfen, wie die Projektergebnisse zukünftige Investitionen in saubere Wärme oder Energieoptimierung innerhalb unserer eigenen Betriebe beeinflussen könnten, ohne dass dies eine Verpflichtung zur Umsetzung oder Finanzierung solcher Investitionen impliziert.</w:t>
      </w:r>
    </w:p>
    <w:p w14:paraId="0B60D0F1" w14:textId="77777777" w:rsidR="003B3B9F" w:rsidRPr="00E156CE" w:rsidRDefault="003B3B9F" w:rsidP="003B3B9F">
      <w:pPr>
        <w:spacing w:after="0" w:line="240" w:lineRule="auto"/>
        <w:rPr>
          <w:lang w:val="en-GB"/>
        </w:rPr>
      </w:pPr>
    </w:p>
    <w:p w14:paraId="14A88F3F" w14:textId="7C3EAC92" w:rsidR="00014438" w:rsidRPr="00E156CE" w:rsidRDefault="007C5E04" w:rsidP="003B3B9F">
      <w:pPr>
        <w:spacing w:after="0" w:line="240" w:lineRule="auto"/>
        <w:rPr>
          <w:lang w:val="en-GB"/>
        </w:rPr>
      </w:pPr>
      <w:r w:rsidRPr="00E156CE">
        <w:rPr>
          <w:lang w:val="en-GB"/>
        </w:rPr>
        <w:t xml:space="preserve">Dieses Schreiben begründet keinerlei finanzielle oder rechtliche Verpflichtung. Es soll lediglich unser Interesse an den Zielen </w:t>
      </w:r>
      <w:r w:rsidR="00C15129" w:rsidRPr="00E156CE">
        <w:rPr>
          <w:lang w:val="en-GB"/>
        </w:rPr>
        <w:t xml:space="preserve">des Projekts </w:t>
      </w:r>
      <w:r w:rsidRPr="00E156CE">
        <w:rPr>
          <w:lang w:val="en-GB"/>
        </w:rPr>
        <w:t xml:space="preserve">sowie </w:t>
      </w:r>
      <w:r w:rsidR="00C15129" w:rsidRPr="00E156CE">
        <w:rPr>
          <w:lang w:val="en-GB"/>
        </w:rPr>
        <w:t xml:space="preserve">unser Engagement für deren Unterstützung </w:t>
      </w:r>
      <w:r w:rsidRPr="00E156CE">
        <w:rPr>
          <w:lang w:val="en-GB"/>
        </w:rPr>
        <w:t>bekräftigen</w:t>
      </w:r>
      <w:r w:rsidR="00C15129" w:rsidRPr="00E156CE">
        <w:rPr>
          <w:lang w:val="en-GB"/>
        </w:rPr>
        <w:t>.</w:t>
      </w:r>
    </w:p>
    <w:p w14:paraId="47E64177" w14:textId="77777777" w:rsidR="003B3B9F" w:rsidRPr="00E156CE" w:rsidRDefault="003B3B9F" w:rsidP="003B3B9F">
      <w:pPr>
        <w:spacing w:after="0" w:line="240" w:lineRule="auto"/>
        <w:rPr>
          <w:lang w:val="en-GB"/>
        </w:rPr>
      </w:pPr>
    </w:p>
    <w:p w14:paraId="657E3641" w14:textId="180200C0" w:rsidR="00E156CE" w:rsidRDefault="00044251" w:rsidP="00E156CE">
      <w:pPr>
        <w:spacing w:after="0" w:line="240" w:lineRule="auto"/>
        <w:rPr>
          <w:lang w:val="en-GB"/>
        </w:rPr>
      </w:pPr>
      <w:r w:rsidRPr="00E156CE">
        <w:rPr>
          <w:lang w:val="en-GB"/>
        </w:rPr>
        <w:t>Mit freundlichen Grüßen,</w:t>
      </w:r>
    </w:p>
    <w:p w14:paraId="0506EB05" w14:textId="77777777" w:rsidR="00E156CE" w:rsidRPr="00E156CE" w:rsidRDefault="00E156CE">
      <w:pPr>
        <w:spacing w:after="160"/>
        <w:rPr>
          <w:lang w:val="en-GB"/>
        </w:rPr>
      </w:pPr>
    </w:p>
    <w:p w14:paraId="16FBB5DD" w14:textId="54320E38" w:rsidR="00014438" w:rsidRPr="00E156CE" w:rsidRDefault="007C5E04">
      <w:pPr>
        <w:spacing w:after="160"/>
        <w:rPr>
          <w:lang w:val="en-GB"/>
        </w:rPr>
      </w:pPr>
      <w:r w:rsidRPr="00E156CE">
        <w:rPr>
          <w:lang w:val="en-GB"/>
        </w:rPr>
        <w:t>Unterschrift: _______________________________</w:t>
      </w:r>
    </w:p>
    <w:tbl>
      <w:tblPr>
        <w:tblW w:w="0" w:type="auto"/>
        <w:tblLayout w:type="fixed"/>
        <w:tblLook w:val="04A0" w:firstRow="1" w:lastRow="0" w:firstColumn="1" w:lastColumn="0" w:noHBand="0" w:noVBand="1"/>
      </w:tblPr>
      <w:tblGrid>
        <w:gridCol w:w="2376"/>
        <w:gridCol w:w="6912"/>
      </w:tblGrid>
      <w:tr w:rsidR="00014438" w:rsidRPr="00E156CE" w14:paraId="0544B472" w14:textId="77777777">
        <w:tc>
          <w:tcPr>
            <w:tcW w:w="2376" w:type="dxa"/>
            <w:tcBorders>
              <w:top w:val="single" w:sz="6" w:space="0" w:color="D9E2E4"/>
              <w:left w:val="single" w:sz="6" w:space="0" w:color="D9E2E4"/>
              <w:bottom w:val="single" w:sz="6" w:space="0" w:color="D9E2E4"/>
              <w:right w:val="single" w:sz="6" w:space="0" w:color="D9E2E4"/>
            </w:tcBorders>
            <w:shd w:val="clear" w:color="auto" w:fill="F4F7F8"/>
            <w:vAlign w:val="center"/>
          </w:tcPr>
          <w:p w14:paraId="517CA651" w14:textId="77777777" w:rsidR="00014438" w:rsidRPr="00E156CE" w:rsidRDefault="007C5E04">
            <w:pPr>
              <w:spacing w:after="0"/>
              <w:rPr>
                <w:lang w:val="en-GB"/>
              </w:rPr>
            </w:pPr>
            <w:r w:rsidRPr="00E156CE">
              <w:rPr>
                <w:b/>
                <w:color w:val="125D67"/>
                <w:sz w:val="18"/>
                <w:lang w:val="en-GB"/>
              </w:rPr>
              <w:t>Name</w:t>
            </w:r>
          </w:p>
        </w:tc>
        <w:tc>
          <w:tcPr>
            <w:tcW w:w="6912" w:type="dxa"/>
            <w:tcBorders>
              <w:top w:val="single" w:sz="6" w:space="0" w:color="D9E2E4"/>
              <w:left w:val="single" w:sz="6" w:space="0" w:color="D9E2E4"/>
              <w:bottom w:val="single" w:sz="6" w:space="0" w:color="D9E2E4"/>
              <w:right w:val="single" w:sz="6" w:space="0" w:color="D9E2E4"/>
            </w:tcBorders>
            <w:vAlign w:val="center"/>
          </w:tcPr>
          <w:p w14:paraId="360552C2" w14:textId="77777777" w:rsidR="00014438" w:rsidRPr="00E156CE" w:rsidRDefault="007C5E04">
            <w:pPr>
              <w:spacing w:after="0"/>
              <w:rPr>
                <w:lang w:val="en-GB"/>
              </w:rPr>
            </w:pPr>
            <w:r w:rsidRPr="00E156CE">
              <w:rPr>
                <w:sz w:val="18"/>
                <w:lang w:val="en-GB"/>
              </w:rPr>
              <w:t>[Name]</w:t>
            </w:r>
          </w:p>
        </w:tc>
      </w:tr>
      <w:tr w:rsidR="00014438" w:rsidRPr="00E156CE" w14:paraId="5D433E1D" w14:textId="77777777">
        <w:tc>
          <w:tcPr>
            <w:tcW w:w="2376" w:type="dxa"/>
            <w:tcBorders>
              <w:top w:val="single" w:sz="6" w:space="0" w:color="D9E2E4"/>
              <w:left w:val="single" w:sz="6" w:space="0" w:color="D9E2E4"/>
              <w:bottom w:val="single" w:sz="6" w:space="0" w:color="D9E2E4"/>
              <w:right w:val="single" w:sz="6" w:space="0" w:color="D9E2E4"/>
            </w:tcBorders>
            <w:shd w:val="clear" w:color="auto" w:fill="F4F7F8"/>
            <w:vAlign w:val="center"/>
          </w:tcPr>
          <w:p w14:paraId="37CB3655" w14:textId="77777777" w:rsidR="00014438" w:rsidRPr="00E156CE" w:rsidRDefault="007C5E04">
            <w:pPr>
              <w:spacing w:after="0"/>
              <w:rPr>
                <w:lang w:val="en-GB"/>
              </w:rPr>
            </w:pPr>
            <w:r w:rsidRPr="00E156CE">
              <w:rPr>
                <w:b/>
                <w:color w:val="125D67"/>
                <w:sz w:val="18"/>
                <w:lang w:val="en-GB"/>
              </w:rPr>
              <w:t>Position</w:t>
            </w:r>
          </w:p>
        </w:tc>
        <w:tc>
          <w:tcPr>
            <w:tcW w:w="6912" w:type="dxa"/>
            <w:tcBorders>
              <w:top w:val="single" w:sz="6" w:space="0" w:color="D9E2E4"/>
              <w:left w:val="single" w:sz="6" w:space="0" w:color="D9E2E4"/>
              <w:bottom w:val="single" w:sz="6" w:space="0" w:color="D9E2E4"/>
              <w:right w:val="single" w:sz="6" w:space="0" w:color="D9E2E4"/>
            </w:tcBorders>
            <w:vAlign w:val="center"/>
          </w:tcPr>
          <w:p w14:paraId="09F02835" w14:textId="77777777" w:rsidR="00014438" w:rsidRPr="00E156CE" w:rsidRDefault="007C5E04">
            <w:pPr>
              <w:spacing w:after="0"/>
              <w:rPr>
                <w:lang w:val="en-GB"/>
              </w:rPr>
            </w:pPr>
            <w:r w:rsidRPr="00E156CE">
              <w:rPr>
                <w:sz w:val="18"/>
                <w:lang w:val="en-GB"/>
              </w:rPr>
              <w:t>[Position]</w:t>
            </w:r>
          </w:p>
        </w:tc>
      </w:tr>
      <w:tr w:rsidR="00014438" w:rsidRPr="00E156CE" w14:paraId="42B8E25F" w14:textId="77777777">
        <w:tc>
          <w:tcPr>
            <w:tcW w:w="2376" w:type="dxa"/>
            <w:tcBorders>
              <w:top w:val="single" w:sz="6" w:space="0" w:color="D9E2E4"/>
              <w:left w:val="single" w:sz="6" w:space="0" w:color="D9E2E4"/>
              <w:bottom w:val="single" w:sz="6" w:space="0" w:color="D9E2E4"/>
              <w:right w:val="single" w:sz="6" w:space="0" w:color="D9E2E4"/>
            </w:tcBorders>
            <w:shd w:val="clear" w:color="auto" w:fill="F4F7F8"/>
            <w:vAlign w:val="center"/>
          </w:tcPr>
          <w:p w14:paraId="77B2B599" w14:textId="77777777" w:rsidR="00014438" w:rsidRPr="00E156CE" w:rsidRDefault="007C5E04">
            <w:pPr>
              <w:spacing w:after="0"/>
              <w:rPr>
                <w:lang w:val="en-GB"/>
              </w:rPr>
            </w:pPr>
            <w:r w:rsidRPr="00E156CE">
              <w:rPr>
                <w:b/>
                <w:color w:val="125D67"/>
                <w:sz w:val="18"/>
                <w:lang w:val="en-GB"/>
              </w:rPr>
              <w:t>Organisation/Unternehmen</w:t>
            </w:r>
          </w:p>
        </w:tc>
        <w:tc>
          <w:tcPr>
            <w:tcW w:w="6912" w:type="dxa"/>
            <w:tcBorders>
              <w:top w:val="single" w:sz="6" w:space="0" w:color="D9E2E4"/>
              <w:left w:val="single" w:sz="6" w:space="0" w:color="D9E2E4"/>
              <w:bottom w:val="single" w:sz="6" w:space="0" w:color="D9E2E4"/>
              <w:right w:val="single" w:sz="6" w:space="0" w:color="D9E2E4"/>
            </w:tcBorders>
            <w:vAlign w:val="center"/>
          </w:tcPr>
          <w:p w14:paraId="1DEDB156" w14:textId="77777777" w:rsidR="00014438" w:rsidRPr="00E156CE" w:rsidRDefault="007C5E04">
            <w:pPr>
              <w:spacing w:after="0"/>
              <w:rPr>
                <w:lang w:val="en-GB"/>
              </w:rPr>
            </w:pPr>
            <w:r w:rsidRPr="00E156CE">
              <w:rPr>
                <w:sz w:val="18"/>
                <w:lang w:val="en-GB"/>
              </w:rPr>
              <w:t>[Organisation/Unternehmen]</w:t>
            </w:r>
          </w:p>
        </w:tc>
      </w:tr>
      <w:tr w:rsidR="00014438" w:rsidRPr="00E156CE" w14:paraId="2AFBCA8C" w14:textId="77777777">
        <w:tc>
          <w:tcPr>
            <w:tcW w:w="2376" w:type="dxa"/>
            <w:tcBorders>
              <w:top w:val="single" w:sz="6" w:space="0" w:color="D9E2E4"/>
              <w:left w:val="single" w:sz="6" w:space="0" w:color="D9E2E4"/>
              <w:bottom w:val="single" w:sz="6" w:space="0" w:color="D9E2E4"/>
              <w:right w:val="single" w:sz="6" w:space="0" w:color="D9E2E4"/>
            </w:tcBorders>
            <w:shd w:val="clear" w:color="auto" w:fill="F4F7F8"/>
            <w:vAlign w:val="center"/>
          </w:tcPr>
          <w:p w14:paraId="49D11DD8" w14:textId="77777777" w:rsidR="00014438" w:rsidRPr="00E156CE" w:rsidRDefault="007C5E04">
            <w:pPr>
              <w:spacing w:after="0"/>
              <w:rPr>
                <w:lang w:val="en-GB"/>
              </w:rPr>
            </w:pPr>
            <w:r w:rsidRPr="00E156CE">
              <w:rPr>
                <w:b/>
                <w:color w:val="125D67"/>
                <w:sz w:val="18"/>
                <w:lang w:val="en-GB"/>
              </w:rPr>
              <w:t>Land</w:t>
            </w:r>
          </w:p>
        </w:tc>
        <w:tc>
          <w:tcPr>
            <w:tcW w:w="6912" w:type="dxa"/>
            <w:tcBorders>
              <w:top w:val="single" w:sz="6" w:space="0" w:color="D9E2E4"/>
              <w:left w:val="single" w:sz="6" w:space="0" w:color="D9E2E4"/>
              <w:bottom w:val="single" w:sz="6" w:space="0" w:color="D9E2E4"/>
              <w:right w:val="single" w:sz="6" w:space="0" w:color="D9E2E4"/>
            </w:tcBorders>
            <w:vAlign w:val="center"/>
          </w:tcPr>
          <w:p w14:paraId="7672BE4F" w14:textId="77777777" w:rsidR="00014438" w:rsidRPr="00E156CE" w:rsidRDefault="007C5E04">
            <w:pPr>
              <w:spacing w:after="0"/>
              <w:rPr>
                <w:lang w:val="en-GB"/>
              </w:rPr>
            </w:pPr>
            <w:r w:rsidRPr="00E156CE">
              <w:rPr>
                <w:sz w:val="18"/>
                <w:lang w:val="en-GB"/>
              </w:rPr>
              <w:t>[Land]</w:t>
            </w:r>
          </w:p>
        </w:tc>
      </w:tr>
      <w:tr w:rsidR="00014438" w:rsidRPr="00E156CE" w14:paraId="0C961638" w14:textId="77777777">
        <w:tc>
          <w:tcPr>
            <w:tcW w:w="2376" w:type="dxa"/>
            <w:tcBorders>
              <w:top w:val="single" w:sz="6" w:space="0" w:color="D9E2E4"/>
              <w:left w:val="single" w:sz="6" w:space="0" w:color="D9E2E4"/>
              <w:bottom w:val="single" w:sz="6" w:space="0" w:color="D9E2E4"/>
              <w:right w:val="single" w:sz="6" w:space="0" w:color="D9E2E4"/>
            </w:tcBorders>
            <w:shd w:val="clear" w:color="auto" w:fill="F4F7F8"/>
            <w:vAlign w:val="center"/>
          </w:tcPr>
          <w:p w14:paraId="18961B6D" w14:textId="77777777" w:rsidR="00014438" w:rsidRPr="00E156CE" w:rsidRDefault="007C5E04">
            <w:pPr>
              <w:spacing w:after="0"/>
              <w:rPr>
                <w:lang w:val="en-GB"/>
              </w:rPr>
            </w:pPr>
            <w:r w:rsidRPr="00E156CE">
              <w:rPr>
                <w:b/>
                <w:color w:val="125D67"/>
                <w:sz w:val="18"/>
                <w:lang w:val="en-GB"/>
              </w:rPr>
              <w:t>Datum</w:t>
            </w:r>
          </w:p>
        </w:tc>
        <w:tc>
          <w:tcPr>
            <w:tcW w:w="6912" w:type="dxa"/>
            <w:tcBorders>
              <w:top w:val="single" w:sz="6" w:space="0" w:color="D9E2E4"/>
              <w:left w:val="single" w:sz="6" w:space="0" w:color="D9E2E4"/>
              <w:bottom w:val="single" w:sz="6" w:space="0" w:color="D9E2E4"/>
              <w:right w:val="single" w:sz="6" w:space="0" w:color="D9E2E4"/>
            </w:tcBorders>
            <w:vAlign w:val="center"/>
          </w:tcPr>
          <w:p w14:paraId="51A6F1C6" w14:textId="77777777" w:rsidR="00014438" w:rsidRPr="00E156CE" w:rsidRDefault="007C5E04">
            <w:pPr>
              <w:spacing w:after="0"/>
              <w:rPr>
                <w:lang w:val="en-GB"/>
              </w:rPr>
            </w:pPr>
            <w:r w:rsidRPr="00E156CE">
              <w:rPr>
                <w:sz w:val="18"/>
                <w:lang w:val="en-GB"/>
              </w:rPr>
              <w:t>[Datum]</w:t>
            </w:r>
          </w:p>
        </w:tc>
      </w:tr>
    </w:tbl>
    <w:p w14:paraId="74DF1B49" w14:textId="77777777" w:rsidR="00872F0E" w:rsidRPr="00E156CE" w:rsidRDefault="00872F0E" w:rsidP="00E156CE">
      <w:pPr>
        <w:rPr>
          <w:lang w:val="en-GB"/>
        </w:rPr>
      </w:pPr>
    </w:p>
    <w:sectPr w:rsidR="00872F0E" w:rsidRPr="00E156CE" w:rsidSect="00034616">
      <w:headerReference w:type="default" r:id="rId11"/>
      <w:footerReference w:type="default" r:id="rId12"/>
      <w:pgSz w:w="12240" w:h="15840"/>
      <w:pgMar w:top="792" w:right="936" w:bottom="792" w:left="936"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5D578" w14:textId="77777777" w:rsidR="00EF0556" w:rsidRDefault="00EF0556">
      <w:pPr>
        <w:spacing w:after="0" w:line="240" w:lineRule="auto"/>
      </w:pPr>
      <w:r>
        <w:separator/>
      </w:r>
    </w:p>
  </w:endnote>
  <w:endnote w:type="continuationSeparator" w:id="0">
    <w:p w14:paraId="4E289283" w14:textId="77777777" w:rsidR="00EF0556" w:rsidRDefault="00EF0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FA925" w14:textId="77777777" w:rsidR="00014438" w:rsidRDefault="007C5E04">
    <w:pPr>
      <w:pStyle w:val="Fuzeile"/>
      <w:jc w:val="center"/>
    </w:pPr>
    <w:r>
      <w:rPr>
        <w:color w:val="787878"/>
        <w:sz w:val="16"/>
      </w:rPr>
      <w:t>CORE-TEX | LIFE-2026-CET-INDUSTRY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F5A50" w14:textId="77777777" w:rsidR="00EF0556" w:rsidRDefault="00EF0556">
      <w:pPr>
        <w:spacing w:after="0" w:line="240" w:lineRule="auto"/>
      </w:pPr>
      <w:r>
        <w:separator/>
      </w:r>
    </w:p>
  </w:footnote>
  <w:footnote w:type="continuationSeparator" w:id="0">
    <w:p w14:paraId="0E6C5320" w14:textId="77777777" w:rsidR="00EF0556" w:rsidRDefault="00EF05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AF237" w14:textId="466920C7" w:rsidR="00014438" w:rsidRDefault="007C5E04">
    <w:pPr>
      <w:pStyle w:val="Kopfzeile"/>
      <w:jc w:val="right"/>
    </w:pPr>
    <w:r>
      <w:rPr>
        <w:b/>
        <w:color w:val="125D67"/>
        <w:sz w:val="16"/>
      </w:rPr>
      <w:t>CORE-TEX | Unterstützungsschreiben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901788899">
    <w:abstractNumId w:val="8"/>
  </w:num>
  <w:num w:numId="2" w16cid:durableId="1237664861">
    <w:abstractNumId w:val="6"/>
  </w:num>
  <w:num w:numId="3" w16cid:durableId="96141472">
    <w:abstractNumId w:val="5"/>
  </w:num>
  <w:num w:numId="4" w16cid:durableId="575359834">
    <w:abstractNumId w:val="4"/>
  </w:num>
  <w:num w:numId="5" w16cid:durableId="1229002833">
    <w:abstractNumId w:val="7"/>
  </w:num>
  <w:num w:numId="6" w16cid:durableId="919021268">
    <w:abstractNumId w:val="3"/>
  </w:num>
  <w:num w:numId="7" w16cid:durableId="1117988428">
    <w:abstractNumId w:val="2"/>
  </w:num>
  <w:num w:numId="8" w16cid:durableId="1593120745">
    <w:abstractNumId w:val="1"/>
  </w:num>
  <w:num w:numId="9" w16cid:durableId="622811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438"/>
    <w:rsid w:val="00034616"/>
    <w:rsid w:val="00044251"/>
    <w:rsid w:val="00056010"/>
    <w:rsid w:val="0006063C"/>
    <w:rsid w:val="000B4BD9"/>
    <w:rsid w:val="0015074B"/>
    <w:rsid w:val="002762F1"/>
    <w:rsid w:val="0029639D"/>
    <w:rsid w:val="002A3086"/>
    <w:rsid w:val="00317D8F"/>
    <w:rsid w:val="00326F90"/>
    <w:rsid w:val="003B3B9F"/>
    <w:rsid w:val="0043621F"/>
    <w:rsid w:val="00467BCE"/>
    <w:rsid w:val="006972A5"/>
    <w:rsid w:val="007C5E04"/>
    <w:rsid w:val="007F1F0E"/>
    <w:rsid w:val="00833F55"/>
    <w:rsid w:val="00872F0E"/>
    <w:rsid w:val="008A38D3"/>
    <w:rsid w:val="008F69F5"/>
    <w:rsid w:val="0094580B"/>
    <w:rsid w:val="00AA1D8D"/>
    <w:rsid w:val="00B03FDB"/>
    <w:rsid w:val="00B47730"/>
    <w:rsid w:val="00C15129"/>
    <w:rsid w:val="00CB0664"/>
    <w:rsid w:val="00DE6620"/>
    <w:rsid w:val="00E156CE"/>
    <w:rsid w:val="00EE3268"/>
    <w:rsid w:val="00EF0556"/>
    <w:rsid w:val="00EF3C61"/>
    <w:rsid w:val="00F009DA"/>
    <w:rsid w:val="00FA299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458970"/>
  <w14:defaultImageDpi w14:val="300"/>
  <w15:docId w15:val="{5F39F680-76F1-4304-95D3-C7EC6CAC2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color w:val="4D4D4D"/>
      <w:sz w:val="20"/>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125D67"/>
      <w:sz w:val="32"/>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125D67"/>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125D67"/>
      <w:sz w:val="22"/>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25D67"/>
      <w:spacing w:val="5"/>
      <w:kern w:val="28"/>
      <w:sz w:val="44"/>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erarbeitung">
    <w:name w:val="Revision"/>
    <w:hidden/>
    <w:uiPriority w:val="99"/>
    <w:semiHidden/>
    <w:rsid w:val="008F69F5"/>
    <w:pPr>
      <w:spacing w:after="0" w:line="240" w:lineRule="auto"/>
    </w:pPr>
    <w:rPr>
      <w:rFonts w:ascii="Arial" w:hAnsi="Arial"/>
      <w:color w:val="4D4D4D"/>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0497EDBDA8084284E319F7F4922B88" ma:contentTypeVersion="19" ma:contentTypeDescription="Create a new document." ma:contentTypeScope="" ma:versionID="2696357e6235fed136c33013ff1fe151">
  <xsd:schema xmlns:xsd="http://www.w3.org/2001/XMLSchema" xmlns:xs="http://www.w3.org/2001/XMLSchema" xmlns:p="http://schemas.microsoft.com/office/2006/metadata/properties" xmlns:ns2="a648fbf4-0a50-4016-aecd-a6ad14d661a8" xmlns:ns3="40ea955f-84a9-481f-9274-802af16bd87b" targetNamespace="http://schemas.microsoft.com/office/2006/metadata/properties" ma:root="true" ma:fieldsID="dca3353834617f402f354297464b792e" ns2:_="" ns3:_="">
    <xsd:import namespace="a648fbf4-0a50-4016-aecd-a6ad14d661a8"/>
    <xsd:import namespace="40ea955f-84a9-481f-9274-802af16bd87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48fbf4-0a50-4016-aecd-a6ad14d66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de0316-2ef7-4688-a57d-086834e4e6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a955f-84a9-481f-9274-802af16bd87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b1d7b4-887b-41c9-b70d-f4af4992f9f1}" ma:internalName="TaxCatchAll" ma:showField="CatchAllData" ma:web="40ea955f-84a9-481f-9274-802af16bd8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a955f-84a9-481f-9274-802af16bd87b" xsi:nil="true"/>
    <lcf76f155ced4ddcb4097134ff3c332f xmlns="a648fbf4-0a50-4016-aecd-a6ad14d661a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DFE537-1953-4840-A4D2-61531E4324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48fbf4-0a50-4016-aecd-a6ad14d661a8"/>
    <ds:schemaRef ds:uri="40ea955f-84a9-481f-9274-802af16bd8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82B260-6120-4179-9F76-C89F8DC713C0}">
  <ds:schemaRefs>
    <ds:schemaRef ds:uri="http://schemas.microsoft.com/sharepoint/v3/contenttype/forms"/>
  </ds:schemaRefs>
</ds:datastoreItem>
</file>

<file path=customXml/itemProps3.xml><?xml version="1.0" encoding="utf-8"?>
<ds:datastoreItem xmlns:ds="http://schemas.openxmlformats.org/officeDocument/2006/customXml" ds:itemID="{6B4A95C2-710A-41D3-AFE6-4C07F69BE05D}">
  <ds:schemaRefs>
    <ds:schemaRef ds:uri="http://schemas.microsoft.com/office/2006/metadata/properties"/>
    <ds:schemaRef ds:uri="http://schemas.microsoft.com/office/infopath/2007/PartnerControls"/>
    <ds:schemaRef ds:uri="40ea955f-84a9-481f-9274-802af16bd87b"/>
    <ds:schemaRef ds:uri="a648fbf4-0a50-4016-aecd-a6ad14d661a8"/>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3431</Characters>
  <Application>Microsoft Office Word</Application>
  <DocSecurity>0</DocSecurity>
  <Lines>51</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3930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docId:52885950131FFAF9B4C843ADCBC66F48</cp:keywords>
  <dc:description>generated by python-docx</dc:description>
  <cp:lastModifiedBy>Oliver Teuteberg</cp:lastModifiedBy>
  <cp:revision>2</cp:revision>
  <dcterms:created xsi:type="dcterms:W3CDTF">2026-08-28T11:09:00Z</dcterms:created>
  <dcterms:modified xsi:type="dcterms:W3CDTF">2026-08-28T11:09:00Z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0x0101006D0497EDBDA8084284E319F7F4922B88</vt:lpwstr>
  </property>
  <property fmtid="{D5CDD505-2E9C-101B-9397-08002B2CF9AE}" pid="3" name="MediaServiceImageTags">
    <vt:lpwstr/>
  </property>
</Properties>
</file>